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עשו לפני שהיה מחק?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ההיסטוריה של המחק ואת השלבים בהתפתחותו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מפורש ומוסק מתוך 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להמצאות ולתהליכים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הם השאירו פירורים ולפעמים כתמים על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בטקסט על מקור השם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השלבים לפי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בעיפרון ומחקו טעויות בעזרת 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מדען אנגלי גילה שגומי טבעי מוחק טוב יותר מלחם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ממציא אמריקאי קיבל זכות על רעיון להצמיד מחק לעיפרון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היום אמנים משתמשים במחקים מיוחדים ליצירת אור וצל בציור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(שימשו למחיקת טעויות לפני שהיה מחק)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(חומר רך שמופק מעצים ומוחק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(פירוש השם באנגלית של המחק)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(כלי שאמנים משתמשים בו ליצירת אור וצל)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לראות אזכור של פירורי הלחם, גילוי הגומי הטבעי, והשיפור שהפך אותו לגמיש ושימושי בכל מזג אוויר; אפשר להוסיף גם את הצמדת המחק לעיפרון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השאירו פירורים וכתמים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 המאה התשע 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הטקסט פעם נוספת לפני פתרון חלק ההיסק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להראות לתלמידים דוגמה למחק רך של אמנים אם יש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לעודד שימוש במילות הקישור לפני, אחר כך, לבסוף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עשו לפני שהיה מחק?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נספר איך אנשים מחקו טעויות עיפרון לפני שהיה מחק, ואיך המחק שאנחנו מכירים היום התפתח במשך השנים.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פירורי לחם  ·  עצים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פירורי הלחם לא היו פתרון טוב למחיקה?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אסור היה להביא לחם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 מחקו גם 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השאירו פירורים ולפעמים כתמים על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ממה מופק הגומי הטבעי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כמאתיים וחמישים שנה השתמשו בפירורי לחם כדי למחוק כתיבת עיפרון.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האנגלית למחק פירושה בערך 'המשפשף'.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כמאתיים וחמישים שנה השתמשו ב__________ כדי למחוק טעויות עיפרון.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הגומי הטבעי מופק מ__________.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השלבים לפי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מדען אנגלי גילה שגומי טבעי מוחק טוב יותר מלחם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היום אמנים משתמשים במחקים מיוחדים ליצירת אור וצל בציור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בעיפרון ומחקו טעויות בעזרת פירורי לחם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ממציא אמריקאי קיבל זכות על רעיון להצמיד מחק לעיפרון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פירורי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שאמנים משתמשים בו ליצירת אור וצל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גומי טבעי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פירוש השם באנגלית של המחק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'המשפשף'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חומר רך שמופק מעצים ומוחק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מחק רך כמו בצק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שימשו למחיקת טעויות לפני שהיה מחק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בלשונכם כיצד השתנה המחק מתחילת השימוש בו ועד היום, לפי שלושה שלבים עיקריים מהטקסט.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החומר שממנו מופק הגומי הטבעי?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הייתה הבעיה העיקרית בפירורי הלחם?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עשו לפני שהיה מחק?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