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עשו לפני שהיה מחק?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ההיסטוריה של המחק ואת השלבים בהתפתחותו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מפורש ומוסק מתוך 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להמצאות ולתהליכים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הם השאירו פירורים ולפעמים כתמים על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מישהו הרים חתיכת גומי בטעות במקום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נעשה דביק בחום והתקשה בקור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להצמיד מחק לקצה העיפרון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להבהיר חלקים בציור וליצור בו אור וצל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לקח שנים רבות ללמוד לחזק אותו כך שיישאר גמיש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 על מקור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המציא רק את הרעיון להצמיד מחק לעיפרון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השלבים לפי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בעיפרון ומחקו טעויות בעזרת 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מדען אנגלי גילה שגומי טבעי מוחק טוב יותר מלחם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למדו לחזק את הגומי כך שיישאר גמיש בכל מזג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ממציא אמריקאי קיבל זכות על רעיון להצמיד מחק לעיפרון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היום אמנים משתמשים במחקים מיוחדים ליצירת אור וצל בציור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(שימשו למחיקת טעויות לפני שהיה מחק)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(חומר רך שמופק מעצים ומוחק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(פירוש השם באנגלית של המחק)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(הצמיד מחק לקצה העיפרון)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שאמנים משתמשים בו ליצירת אור וצל)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לראות אזכור של פירורי הלחם, גילוי הגומי הטבעי, והשיפור שהפך אותו לגמיש ושימושי בכל מזג אוויר; אפשר להוסיף גם את הצמדת המחק לעיפרון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השאירו פירורים וכתמים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 המאה התשע 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הטקסט פעם נוספת לפני פתרון חלק ההיסק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דוגמה למחק רך של אמנים אם יש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שימוש במילות הקישור לפני, אחר כך, לבסוף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עשו לפני שהיה מחק?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טקסט קצר על ההיסטוריה של המחק. נלמד איך אנשים מחקו טעויות לפני שהיה מחק, ואיך המחק נוצר בהדרגה.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פירורי לחם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חתיכות קטנות מאוד של לחם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גומי טבעי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רך שמופק מעצים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שחוקר ומגלה דברים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ממציא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שיוצר דבר חדש שלא היה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(פטנט)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אישור רשמי שהרעיון שייך למישהו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גמיש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 להתכופף בלי להישבר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אבקת עיפרון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שאריות דקות של עיפרון שנשארות על הדף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שיוצרים ציור, פיסול ויצירות אחרות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הבעיה בפירורי 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היה להביא לחם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מחקו גם 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היו יקרים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השאירו פירורים ולפעמים כתמים על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התגלה הגומי כחומר מוחק?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מדען חיפש בכוונה חומר מוחק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מישהו הרים חתיכת גומי בטעות במקום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ממציא קיבל על כך זכות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אמן ניסה זאת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בא הגומי?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לא היה טוב בגומי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נעשה דביק בחום והתקשה בקור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מחק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היה כבד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הרעיון החדש שהוא הגה?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להצמיד מחק לקצה העיפרון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הגומי הטבעי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 רך לאמנים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אמנים משתמשים במחק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טעויות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להבהיר חלקים בציור וליצור בו אור וצל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לנקות את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לחדד עפרונות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כמאתיים וחמישים שנה השתמשו בפירורי לחם כדי למחוק כתיבת עיפרון.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הגומי הטבעי הראשון היה גמיש בכל מזג אוויר מיד כשהתגלה.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האנגלית למחק פירושה בערך 'המשפשף'.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הממציא האמריקאי הוא זה שהמציא את הגומי הטבעי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כמאתיים וחמישים שנה השתמשו ב__________ כדי למחוק טעויות עיפרון.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הגומי הטבעי מופק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הסיפור, הגומי התגלה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באמצע המאה התשע עשרה המציא ממציא אמריקאי רעיון להצמיד __________ לקצה העיפרון.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אמנים משתמשים במחקים רכים כדי ליצור בציור __________ וצל.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השלבים לפי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מדען אנגלי גילה שגומי טבעי מוחק טוב יותר מלחם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בעיפרון ומחקו טעויות בעזרת פירורי לחם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ממציא אמריקאי קיבל זכות על רעיון להצמיד מחק לעיפרון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אמנים משתמשים במחקים מיוחדים ליצירת אור וצל בציור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למדו לחזק את הגומי כך שיישאר גמיש בכל מזג 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פירורי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פירוש השם באנגלית של המחק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גומי טבעי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הצמיד מחק לקצה העיפרון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'המשפשף'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שאמנים משתמשים בו ליצירת אור וצל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הממציא האמריקאי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חומר רך שמופק מעצים ומוחק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מחק רך כמו בצק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שימשו למחיקת טעויות לפני שהיה מחק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בלשונכם כיצד השתנה המחק מתחילת השימוש בו ועד היום, לפי שלושה שלבים עיקריים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החומר שממנו מופק הגומי הטבעי?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הבעיה העיקרית בפירורי הלחם?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תקופה בערך הומצא הרעיון להצמיד מחק לעיפרון?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עשו לפני שהיה מחק?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